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LEADERSHIP &amp; NEW MANAGER</w:t>
            </w:r>
          </w:p>
        </w:tc>
      </w:tr>
    </w:tbl>
    <w:p>
      <w:pPr>
        <w:pStyle w:val="Title"/>
      </w:pPr>
      <w:r>
        <w:rPr>
          <w:b/>
        </w:rPr>
        <w:t>Difficult Conversation Planning Worksheet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Prepare a respectful, fact-based, solution-focused workplace conversation.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Current State</w:t>
      </w:r>
    </w:p>
    <w:p>
      <w:r>
        <w:t>What is happening now? What evidence or examples describe the current state?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Desired Outcome</w:t>
      </w:r>
    </w:p>
    <w:p>
      <w:r>
        <w:t>What would a successful outcome look like?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Gap / Barriers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Support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Evidence of Progress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Reflection / Follow-Up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20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