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INTERVIEW PREPARATION</w:t>
            </w:r>
          </w:p>
        </w:tc>
      </w:tr>
    </w:tbl>
    <w:p>
      <w:pPr>
        <w:pStyle w:val="Title"/>
      </w:pPr>
      <w:r>
        <w:rPr>
          <w:b/>
        </w:rPr>
        <w:t>Interview Question Practice Workbook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Practice common healthcare interview questions and capture stronger second-draft responses.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Tell me about yourself.</w:t>
      </w:r>
    </w:p>
    <w:p>
      <w:r>
        <w:t>First response: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r>
        <w:t>Stronger second draft: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Why are you interested in this role?</w:t>
      </w:r>
    </w:p>
    <w:p>
      <w:r>
        <w:t>First response: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r>
        <w:t>Stronger second draft: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Describe a difficult interaction and how you handled it.</w:t>
      </w:r>
    </w:p>
    <w:p>
      <w:r>
        <w:t>First response: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r>
        <w:t>Stronger second draft: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Tell me about a time you improved a process or solved a problem.</w:t>
      </w:r>
    </w:p>
    <w:p>
      <w:r>
        <w:t>First response: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r>
        <w:t>Stronger second draft: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Describe a time you received difficult feedback.</w:t>
      </w:r>
    </w:p>
    <w:p>
      <w:r>
        <w:t>First response: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r>
        <w:t>Stronger second draft: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What would you bring to this team?</w:t>
      </w:r>
    </w:p>
    <w:p>
      <w:r>
        <w:t>First response: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r>
        <w:t>Stronger second draft: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14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