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CAREER ADVANCEMENT &amp; JOB SEARCH</w:t>
            </w:r>
          </w:p>
        </w:tc>
      </w:tr>
    </w:tbl>
    <w:p>
      <w:pPr>
        <w:pStyle w:val="Title"/>
      </w:pPr>
      <w:r>
        <w:rPr>
          <w:b/>
        </w:rPr>
        <w:t>Healthcare Résumé Review Checklist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Strengthen relevance, clarity, accomplishments, and presentation before applying.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Quick Preparation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Purpose and expected outcome are clear.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Relevant facts, evidence, or examples have been gathered.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People affected by the decision or work have been considered.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Organizational policy, role scope, and escalation requirements have been reviewed where applicable.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A specific next action and follow-up point have been identified.</w:t>
      </w:r>
    </w:p>
    <w:p>
      <w:pPr>
        <w:pStyle w:val="Heading1"/>
      </w:pPr>
      <w:r>
        <w:t>Core Review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The top third clearly positions me for the target role.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Bullets emphasize relevant accomplishments, not only duties.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Keywords from the posting are used naturally where accurate.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Dates, titles, punctuation, and spacing are consistent.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Claims about credentials, results, and responsibilities are accurate.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The final file name and contact information are professional.</w:t>
      </w:r>
    </w:p>
    <w:p>
      <w:pPr>
        <w:pStyle w:val="Heading1"/>
      </w:pPr>
      <w:r>
        <w:t>Notes &amp; Next Actions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03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